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CHRISTA MARIYA</w:t>
      </w:r>
    </w:p>
    <w:p>
      <w:pPr>
        <w:spacing w:after="100"/>
        <w:jc w:val="center"/>
      </w:pPr>
      <w:r>
        <w:rPr>
          <w:b/>
          <w:color w:val="5D376B"/>
          <w:sz w:val="20"/>
        </w:rPr>
        <w:t>VOCALIST  •  RECORDING ARTIST  •  MUSIC COMPETITION JUDGE</w:t>
      </w:r>
    </w:p>
    <w:p>
      <w:pPr>
        <w:spacing w:after="140"/>
        <w:jc w:val="center"/>
      </w:pPr>
      <w:r>
        <w:rPr>
          <w:color w:val="464646"/>
          <w:sz w:val="18"/>
        </w:rPr>
        <w:t>United Kingdom   |   YouTube @christamariya2348</w:t>
      </w:r>
    </w:p>
    <w:p>
      <w:pPr>
        <w:pStyle w:val="Heading1"/>
        <w:pBdr>
          <w:bottom w:val="single" w:sz="6" w:space="3" w:color="B79AC5"/>
        </w:pBdr>
      </w:pPr>
      <w:r>
        <w:t>ARTISTIC PROFILE</w:t>
      </w:r>
    </w:p>
    <w:p>
      <w:pPr>
        <w:spacing w:after="100"/>
      </w:pPr>
      <w:r>
        <w:t>Indian vocalist and recording artist with eight years of music study and a performance background spanning school, district and community cultural platforms in India and the United Kingdom. Experienced in Malayalam, Hindi, patriotic and group-song repertoire, with repeated Grade A and higher-level eligibility results in Kerala School Kalolsavam competitions. Active as a live performer, online recording artist and music competition judge.</w:t>
      </w:r>
    </w:p>
    <w:p>
      <w:pPr>
        <w:pStyle w:val="Heading1"/>
        <w:pBdr>
          <w:bottom w:val="single" w:sz="6" w:space="3" w:color="B79AC5"/>
        </w:pBdr>
      </w:pPr>
      <w:r>
        <w:t>SELECTED PERFORMANCE EXPERIENCE</w:t>
      </w:r>
    </w:p>
    <w:p>
      <w:pPr>
        <w:spacing w:before="40" w:after="20"/>
      </w:pPr>
      <w:r>
        <w:rPr>
          <w:b/>
          <w:sz w:val="19"/>
        </w:rPr>
        <w:t>Lead choir singer</w:t>
      </w:r>
      <w:r>
        <w:rPr>
          <w:i/>
          <w:color w:val="505050"/>
          <w:sz w:val="18"/>
        </w:rPr>
        <w:t xml:space="preserve">  |  The Parish of Holy Redeemer, St Wulstan and St Eadburga, Pershore | Present</w:t>
      </w:r>
    </w:p>
    <w:p>
      <w:pPr>
        <w:pStyle w:val="ListBullet"/>
        <w:spacing w:after="20"/>
        <w:ind w:left="259" w:hanging="202"/>
      </w:pPr>
      <w:r>
        <w:t>Leads choir vocals for church worship and parish services in Pershore, Worcestershire.</w:t>
      </w:r>
    </w:p>
    <w:p>
      <w:pPr>
        <w:spacing w:before="40" w:after="20"/>
      </w:pPr>
      <w:r>
        <w:rPr>
          <w:b/>
          <w:sz w:val="19"/>
        </w:rPr>
        <w:t>Featured vocalist, Onam cultural programme</w:t>
      </w:r>
      <w:r>
        <w:rPr>
          <w:i/>
          <w:color w:val="505050"/>
          <w:sz w:val="18"/>
        </w:rPr>
        <w:t xml:space="preserve">  |  Botwell Church Hall, Hayes, London | 5 Sep 2026</w:t>
      </w:r>
    </w:p>
    <w:p>
      <w:pPr>
        <w:pStyle w:val="ListBullet"/>
        <w:spacing w:after="20"/>
        <w:ind w:left="259" w:hanging="202"/>
      </w:pPr>
      <w:r>
        <w:t>Appeared in the published programme artwork for the London Onam celebration.</w:t>
      </w:r>
    </w:p>
    <w:p>
      <w:pPr>
        <w:spacing w:before="40" w:after="20"/>
      </w:pPr>
      <w:r>
        <w:rPr>
          <w:b/>
          <w:sz w:val="19"/>
        </w:rPr>
        <w:t>Vocalist, WMCA Onam programme</w:t>
      </w:r>
      <w:r>
        <w:rPr>
          <w:i/>
          <w:color w:val="505050"/>
          <w:sz w:val="18"/>
        </w:rPr>
        <w:t xml:space="preserve">  |  Worcestershire Malayalee Cultural Association, Worcester, UK | 12 Sep 2026</w:t>
      </w:r>
    </w:p>
    <w:p>
      <w:pPr>
        <w:pStyle w:val="ListBullet"/>
        <w:spacing w:after="20"/>
        <w:ind w:left="259" w:hanging="202"/>
      </w:pPr>
      <w:r>
        <w:t>Delivered a live vocal performance for the association's Onam celebration.</w:t>
      </w:r>
    </w:p>
    <w:p>
      <w:pPr>
        <w:spacing w:before="40" w:after="20"/>
      </w:pPr>
      <w:r>
        <w:rPr>
          <w:b/>
          <w:sz w:val="19"/>
        </w:rPr>
        <w:t>Vocalist, Sameeksha Onam programme</w:t>
      </w:r>
      <w:r>
        <w:rPr>
          <w:i/>
          <w:color w:val="505050"/>
          <w:sz w:val="18"/>
        </w:rPr>
        <w:t xml:space="preserve">  |  United Kingdom | 2021</w:t>
      </w:r>
    </w:p>
    <w:p>
      <w:pPr>
        <w:pStyle w:val="ListBullet"/>
        <w:spacing w:after="20"/>
        <w:ind w:left="259" w:hanging="202"/>
      </w:pPr>
      <w:r>
        <w:t>Performed as part of a Malayalam cultural celebration.</w:t>
      </w:r>
    </w:p>
    <w:p>
      <w:pPr>
        <w:spacing w:before="40" w:after="20"/>
      </w:pPr>
      <w:r>
        <w:rPr>
          <w:b/>
          <w:sz w:val="19"/>
        </w:rPr>
        <w:t>Vocalist, Worcestershire Onam programme</w:t>
      </w:r>
      <w:r>
        <w:rPr>
          <w:i/>
          <w:color w:val="505050"/>
          <w:sz w:val="18"/>
        </w:rPr>
        <w:t xml:space="preserve">  |  Worcestershire, UK | 15 Sep 2024</w:t>
      </w:r>
    </w:p>
    <w:p>
      <w:pPr>
        <w:pStyle w:val="ListBullet"/>
        <w:spacing w:after="20"/>
        <w:ind w:left="259" w:hanging="202"/>
      </w:pPr>
      <w:r>
        <w:t>Delivered a live vocal performance for the community Onam programme.</w:t>
      </w:r>
    </w:p>
    <w:p>
      <w:pPr>
        <w:spacing w:before="40" w:after="20"/>
      </w:pPr>
      <w:r>
        <w:rPr>
          <w:b/>
          <w:sz w:val="19"/>
        </w:rPr>
        <w:t>School and district arts festival performer</w:t>
      </w:r>
      <w:r>
        <w:rPr>
          <w:i/>
          <w:color w:val="505050"/>
          <w:sz w:val="18"/>
        </w:rPr>
        <w:t xml:space="preserve">  |  Kerala, India | 2008–2019</w:t>
      </w:r>
    </w:p>
    <w:p>
      <w:pPr>
        <w:pStyle w:val="ListBullet"/>
        <w:spacing w:after="20"/>
        <w:ind w:left="259" w:hanging="202"/>
      </w:pPr>
      <w:r>
        <w:t>Performed light music, patriotic song, group song and Hindi recitation across Sahodaya and Kerala School Kalolsavam stages.</w:t>
      </w:r>
    </w:p>
    <w:p>
      <w:pPr>
        <w:spacing w:before="40" w:after="20"/>
      </w:pPr>
      <w:r>
        <w:rPr>
          <w:b/>
          <w:sz w:val="19"/>
        </w:rPr>
        <w:t>Lead Choir Singer</w:t>
      </w:r>
      <w:r>
        <w:rPr>
          <w:i/>
          <w:color w:val="505050"/>
          <w:sz w:val="18"/>
        </w:rPr>
        <w:t xml:space="preserve">  |  St Sebastian Church, Kottiyoor, Kerala, India | 2012 to 2021</w:t>
      </w:r>
    </w:p>
    <w:p>
      <w:pPr>
        <w:pStyle w:val="ListBullet"/>
        <w:spacing w:after="20"/>
        <w:ind w:left="259" w:hanging="202"/>
      </w:pPr>
      <w:r>
        <w:t>Led choir vocals for church worship and parish programmes.</w:t>
      </w:r>
    </w:p>
    <w:p>
      <w:pPr>
        <w:pStyle w:val="Heading1"/>
        <w:pBdr>
          <w:bottom w:val="single" w:sz="6" w:space="3" w:color="B79AC5"/>
        </w:pBdr>
      </w:pPr>
      <w:r>
        <w:t>RECORDINGS AND DIGITAL PRESENCE</w:t>
      </w:r>
    </w:p>
    <w:p>
      <w:pPr>
        <w:spacing w:before="40" w:after="20"/>
      </w:pPr>
      <w:r>
        <w:rPr>
          <w:b/>
          <w:sz w:val="19"/>
        </w:rPr>
        <w:t>God’s Own Creation</w:t>
      </w:r>
      <w:r>
        <w:rPr>
          <w:i/>
          <w:color w:val="505050"/>
          <w:sz w:val="18"/>
        </w:rPr>
        <w:t xml:space="preserve">  |  Kalvaripookkal CD | 2013</w:t>
      </w:r>
    </w:p>
    <w:p>
      <w:pPr>
        <w:pStyle w:val="ListBullet"/>
        <w:spacing w:after="20"/>
        <w:ind w:left="259" w:hanging="202"/>
      </w:pPr>
      <w:r>
        <w:t>Featured vocalist on the Kalvaripookkal music CD.</w:t>
      </w:r>
    </w:p>
    <w:p>
      <w:pPr>
        <w:spacing w:before="40" w:after="20"/>
      </w:pPr>
      <w:r>
        <w:rPr>
          <w:b/>
          <w:sz w:val="19"/>
        </w:rPr>
        <w:t>Odapookal short film</w:t>
      </w:r>
      <w:r>
        <w:rPr>
          <w:i/>
          <w:color w:val="505050"/>
          <w:sz w:val="18"/>
        </w:rPr>
        <w:t xml:space="preserve">  |  Vocal recording | 24 Mar 2017</w:t>
      </w:r>
    </w:p>
    <w:p>
      <w:pPr>
        <w:pStyle w:val="ListBullet"/>
        <w:spacing w:after="20"/>
        <w:ind w:left="259" w:hanging="202"/>
      </w:pPr>
      <w:r>
        <w:t>Recorded vocals for the short-film project.</w:t>
      </w:r>
    </w:p>
    <w:p>
      <w:pPr>
        <w:spacing w:before="40" w:after="20"/>
      </w:pPr>
      <w:r>
        <w:rPr>
          <w:b/>
          <w:sz w:val="19"/>
        </w:rPr>
        <w:t>Kannetha Dooram Joseph cover song Special Version</w:t>
      </w:r>
      <w:r>
        <w:rPr>
          <w:i/>
          <w:color w:val="505050"/>
          <w:sz w:val="18"/>
        </w:rPr>
        <w:t xml:space="preserve">  |  Digital single listing | 27 Aug 2026</w:t>
      </w:r>
    </w:p>
    <w:p>
      <w:pPr>
        <w:pStyle w:val="ListBullet"/>
        <w:spacing w:after="20"/>
        <w:ind w:left="259" w:hanging="202"/>
      </w:pPr>
      <w:r>
        <w:t>Artist credited as Christa Mariya; cover-song licence processing was shown in the supplied release record.</w:t>
      </w:r>
    </w:p>
    <w:p>
      <w:pPr>
        <w:spacing w:before="40" w:after="20"/>
      </w:pPr>
      <w:r>
        <w:rPr>
          <w:b/>
          <w:sz w:val="19"/>
        </w:rPr>
        <w:t>Christa Mariya YouTube channel</w:t>
      </w:r>
      <w:r>
        <w:rPr>
          <w:i/>
          <w:color w:val="505050"/>
          <w:sz w:val="18"/>
        </w:rPr>
        <w:t xml:space="preserve">  |  @christamariya2348</w:t>
      </w:r>
    </w:p>
    <w:p>
      <w:pPr>
        <w:pStyle w:val="ListBullet"/>
        <w:spacing w:after="20"/>
        <w:ind w:left="259" w:hanging="202"/>
      </w:pPr>
      <w:r>
        <w:t>Selected catalogue: Marathal Marthyarkku; Kanne Kalaimane – Surmayee Ankhiyon; Alayoliyayi; and Varuvin Zion.</w:t>
      </w:r>
    </w:p>
    <w:p>
      <w:pPr>
        <w:spacing w:before="40" w:after="20"/>
      </w:pPr>
      <w:r>
        <w:rPr>
          <w:b/>
          <w:sz w:val="19"/>
        </w:rPr>
        <w:t>Christa Mariya Spotify artist profile</w:t>
      </w:r>
      <w:r>
        <w:rPr>
          <w:i/>
          <w:color w:val="505050"/>
          <w:sz w:val="18"/>
        </w:rPr>
        <w:t xml:space="preserve">  |  Digital music platform</w:t>
      </w:r>
    </w:p>
    <w:p>
      <w:pPr>
        <w:pStyle w:val="ListBullet"/>
        <w:spacing w:after="20"/>
        <w:ind w:left="259" w:hanging="202"/>
      </w:pPr>
      <w:r>
        <w:t>https://open.spotify.com/artist/6EWSGiuUfpPm4GHCr8Lo0c</w:t>
      </w:r>
    </w:p>
    <w:p>
      <w:pPr>
        <w:pStyle w:val="Heading1"/>
        <w:pBdr>
          <w:bottom w:val="single" w:sz="6" w:space="3" w:color="B79AC5"/>
        </w:pBdr>
      </w:pPr>
      <w:r>
        <w:t>JUDGING EXPERIENCE</w:t>
      </w:r>
    </w:p>
    <w:p>
      <w:pPr>
        <w:keepNext/>
      </w:pPr>
      <w:r>
        <w:rPr>
          <w:b/>
          <w:sz w:val="19"/>
        </w:rPr>
        <w:t>Music Competition Judge</w:t>
      </w:r>
      <w:r>
        <w:rPr>
          <w:i/>
          <w:color w:val="505050"/>
          <w:sz w:val="18"/>
        </w:rPr>
        <w:t xml:space="preserve">  |  CKC Onaghosham 2026, Coventry Kerala Community, Coventry, UK | 19 Sep 2026</w:t>
      </w:r>
    </w:p>
    <w:p>
      <w:pPr>
        <w:pStyle w:val="ListBullet"/>
      </w:pPr>
      <w:r>
        <w:t>Served as a judge for the Onappattu singing competition at Willenhall Social Club, Coventry.</w:t>
      </w:r>
    </w:p>
    <w:p>
      <w:pPr>
        <w:keepNext/>
        <w:spacing w:before="40" w:after="20"/>
      </w:pPr>
      <w:r>
        <w:rPr>
          <w:b/>
          <w:sz w:val="19"/>
        </w:rPr>
        <w:t>Music competition judge</w:t>
      </w:r>
      <w:r>
        <w:rPr>
          <w:i/>
          <w:color w:val="505050"/>
          <w:sz w:val="18"/>
        </w:rPr>
        <w:t xml:space="preserve">  |  St Mary’s Academy, Ekangarsarai, Nalanda, Bihar, India | Nov 2022</w:t>
      </w:r>
    </w:p>
    <w:p>
      <w:pPr>
        <w:pStyle w:val="ListBullet"/>
        <w:spacing w:after="20"/>
        <w:ind w:left="259" w:hanging="202"/>
      </w:pPr>
      <w:r>
        <w:t>Assessed student musical performances and contributed to competition adjudication.</w:t>
      </w:r>
    </w:p>
    <w:p>
      <w:pPr>
        <w:keepNext/>
        <w:spacing w:before="40" w:after="20"/>
      </w:pPr>
      <w:r>
        <w:rPr>
          <w:b/>
          <w:sz w:val="19"/>
        </w:rPr>
        <w:t>Singing competition judge</w:t>
      </w:r>
      <w:r>
        <w:rPr>
          <w:i/>
          <w:color w:val="505050"/>
          <w:sz w:val="18"/>
        </w:rPr>
        <w:t xml:space="preserve">  |  Catechism competitions | 2020 and 2021</w:t>
      </w:r>
    </w:p>
    <w:p>
      <w:pPr>
        <w:pStyle w:val="ListBullet"/>
        <w:spacing w:after="20"/>
        <w:ind w:left="259" w:hanging="202"/>
      </w:pPr>
      <w:r>
        <w:t>Judged vocal performances in catechism singing competitions across two consecutive years.</w:t>
      </w:r>
    </w:p>
    <w:p>
      <w:pPr>
        <w:pStyle w:val="Heading1"/>
        <w:pBdr>
          <w:bottom w:val="single" w:sz="6" w:space="3" w:color="B79AC5"/>
        </w:pBdr>
      </w:pPr>
      <w:r>
        <w:t>SELECTED AWARDS AND COMPETITION RESULTS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92"/>
        <w:gridCol w:w="2376"/>
        <w:gridCol w:w="2376"/>
        <w:gridCol w:w="4464"/>
      </w:tblGrid>
      <w:tr>
        <w:trPr/>
        <w:tc>
          <w:tcPr>
            <w:tcW w:type="dxa" w:w="792"/>
            <w:shd w:fill="4B3654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jc w:val="center"/>
            </w:pPr>
            <w:r>
              <w:rPr>
                <w:b/>
                <w:color w:val="FFFFFF"/>
                <w:sz w:val="17"/>
              </w:rPr>
              <w:t>Year</w:t>
            </w:r>
          </w:p>
        </w:tc>
        <w:tc>
          <w:tcPr>
            <w:tcW w:type="dxa" w:w="2376"/>
            <w:shd w:fill="4B3654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jc w:val="left"/>
            </w:pPr>
            <w:r>
              <w:rPr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2376"/>
            <w:shd w:fill="4B3654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jc w:val="center"/>
            </w:pPr>
            <w:r>
              <w:rPr>
                <w:b/>
                <w:color w:val="FFFFFF"/>
                <w:sz w:val="17"/>
              </w:rPr>
              <w:t>Result</w:t>
            </w:r>
          </w:p>
        </w:tc>
        <w:tc>
          <w:tcPr>
            <w:tcW w:type="dxa" w:w="4464"/>
            <w:shd w:fill="4B3654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jc w:val="left"/>
            </w:pPr>
            <w:r>
              <w:rPr>
                <w:b/>
                <w:color w:val="FFFFFF"/>
                <w:sz w:val="17"/>
              </w:rPr>
              <w:t>Event</w:t>
            </w:r>
          </w:p>
        </w:tc>
      </w:tr>
      <w:tr>
        <w:trPr/>
        <w:tc>
          <w:tcPr>
            <w:tcW w:type="dxa" w:w="792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2019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Desabhakthiganam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Grade A</w:t>
            </w:r>
          </w:p>
        </w:tc>
        <w:tc>
          <w:tcPr>
            <w:tcW w:type="dxa" w:w="4464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Iritty Sub-District Kerala School Kalolsavam, HSS General, Class 12</w:t>
            </w:r>
          </w:p>
        </w:tc>
      </w:tr>
      <w:tr>
        <w:trPr/>
        <w:tc>
          <w:tcPr>
            <w:tcW w:type="dxa" w:w="792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2018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Sangha Ganam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Grade A; eligible for higher level</w:t>
            </w:r>
          </w:p>
        </w:tc>
        <w:tc>
          <w:tcPr>
            <w:tcW w:type="dxa" w:w="4464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Iritty Sub-District Kerala School Kalolsavam, HSS General, Class 11</w:t>
            </w:r>
          </w:p>
        </w:tc>
      </w:tr>
      <w:tr>
        <w:trPr/>
        <w:tc>
          <w:tcPr>
            <w:tcW w:type="dxa" w:w="792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2017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Group Song Urdu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Grade A; eligible for higher level</w:t>
            </w:r>
          </w:p>
        </w:tc>
        <w:tc>
          <w:tcPr>
            <w:tcW w:type="dxa" w:w="4464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Iritty Sub-District Kerala School Kalolsavam, HS General, Class 10</w:t>
            </w:r>
          </w:p>
        </w:tc>
      </w:tr>
      <w:tr>
        <w:trPr/>
        <w:tc>
          <w:tcPr>
            <w:tcW w:type="dxa" w:w="792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2017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Group Song Urdu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Grade A</w:t>
            </w:r>
          </w:p>
        </w:tc>
        <w:tc>
          <w:tcPr>
            <w:tcW w:type="dxa" w:w="4464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Kannur Revenue District Kerala School Kalolsavam, Class 10</w:t>
            </w:r>
          </w:p>
        </w:tc>
      </w:tr>
      <w:tr>
        <w:trPr/>
        <w:tc>
          <w:tcPr>
            <w:tcW w:type="dxa" w:w="792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2015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Light Music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Very Good</w:t>
            </w:r>
          </w:p>
        </w:tc>
        <w:tc>
          <w:tcPr>
            <w:tcW w:type="dxa" w:w="4464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CBSE Sahodaya Cultural Festival, Category III</w:t>
            </w:r>
          </w:p>
        </w:tc>
      </w:tr>
      <w:tr>
        <w:trPr/>
        <w:tc>
          <w:tcPr>
            <w:tcW w:type="dxa" w:w="792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2014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Light Music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Excellent</w:t>
            </w:r>
          </w:p>
        </w:tc>
        <w:tc>
          <w:tcPr>
            <w:tcW w:type="dxa" w:w="4464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CBSE Sahodaya Cultural Festival</w:t>
            </w:r>
          </w:p>
        </w:tc>
      </w:tr>
      <w:tr>
        <w:trPr/>
        <w:tc>
          <w:tcPr>
            <w:tcW w:type="dxa" w:w="792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2013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Light Music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Outstanding</w:t>
            </w:r>
          </w:p>
        </w:tc>
        <w:tc>
          <w:tcPr>
            <w:tcW w:type="dxa" w:w="4464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CBSE Sahodaya Cultural Festival, Category II</w:t>
            </w:r>
          </w:p>
        </w:tc>
      </w:tr>
      <w:tr>
        <w:trPr/>
        <w:tc>
          <w:tcPr>
            <w:tcW w:type="dxa" w:w="792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2012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Hindi Recitation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Good</w:t>
            </w:r>
          </w:p>
        </w:tc>
        <w:tc>
          <w:tcPr>
            <w:tcW w:type="dxa" w:w="4464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CBSE Sahodaya Cultural Festival</w:t>
            </w:r>
          </w:p>
        </w:tc>
      </w:tr>
      <w:tr>
        <w:trPr/>
        <w:tc>
          <w:tcPr>
            <w:tcW w:type="dxa" w:w="792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2009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National Song and National Integration Group Song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Merit certificate</w:t>
            </w:r>
          </w:p>
        </w:tc>
        <w:tc>
          <w:tcPr>
            <w:tcW w:type="dxa" w:w="4464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National Independence Day competition, YMCA Kelakam and JCI Kelakam</w:t>
            </w:r>
          </w:p>
        </w:tc>
      </w:tr>
      <w:tr>
        <w:trPr/>
        <w:tc>
          <w:tcPr>
            <w:tcW w:type="dxa" w:w="792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2008–09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Desabhakthiganam</w:t>
            </w:r>
          </w:p>
        </w:tc>
        <w:tc>
          <w:tcPr>
            <w:tcW w:type="dxa" w:w="23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center"/>
            </w:pPr>
            <w:r>
              <w:rPr>
                <w:sz w:val="15"/>
              </w:rPr>
              <w:t>Grade A</w:t>
            </w:r>
          </w:p>
        </w:tc>
        <w:tc>
          <w:tcPr>
            <w:tcW w:type="dxa" w:w="4464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  <w:shd w:fill="F4EFF6"/>
          </w:tcPr>
          <w:p>
            <w:pPr>
              <w:keepNext w:val="0"/>
              <w:spacing w:after="0"/>
              <w:jc w:val="left"/>
            </w:pPr>
            <w:r>
              <w:rPr>
                <w:sz w:val="15"/>
              </w:rPr>
              <w:t>Iritty Sub-District Kerala School Kalothsavam, LP General</w:t>
            </w:r>
          </w:p>
        </w:tc>
      </w:tr>
    </w:tbl>
    <w:p>
      <w:pPr>
        <w:pStyle w:val="Heading1"/>
        <w:pBdr>
          <w:bottom w:val="single" w:sz="6" w:space="3" w:color="B79AC5"/>
        </w:pBdr>
      </w:pPr>
      <w:r>
        <w:t>MUSIC EDUCATION AND SKILLS</w:t>
      </w:r>
    </w:p>
    <w:p>
      <w:pPr>
        <w:pStyle w:val="ListBullet"/>
        <w:spacing w:after="20"/>
        <w:ind w:left="259" w:hanging="202"/>
      </w:pPr>
      <w:r>
        <w:t>Eight years of music study and sustained participation in musical programmes.</w:t>
      </w:r>
    </w:p>
    <w:p>
      <w:pPr>
        <w:pStyle w:val="ListBullet"/>
        <w:spacing w:after="20"/>
        <w:ind w:left="259" w:hanging="202"/>
      </w:pPr>
      <w:r>
        <w:t>Vocal repertoire: Malayalam songs, Hindi songs, light music, patriotic songs and group song.</w:t>
      </w:r>
    </w:p>
    <w:p>
      <w:pPr>
        <w:pStyle w:val="ListBullet"/>
        <w:spacing w:after="20"/>
        <w:ind w:left="259" w:hanging="202"/>
      </w:pPr>
      <w:r>
        <w:t>Performance capabilities: live cultural programmes, studio and cover recording, ensemble singing and competition performance.</w:t>
      </w:r>
    </w:p>
    <w:p>
      <w:pPr>
        <w:pStyle w:val="ListBullet"/>
        <w:spacing w:after="20"/>
        <w:ind w:left="259" w:hanging="202"/>
      </w:pPr>
      <w:r>
        <w:t>Additional experience: music competition adjudication and youth arts participation.</w:t>
      </w:r>
    </w:p>
    <w:p>
      <w:pPr>
        <w:pStyle w:val="Heading1"/>
        <w:pBdr>
          <w:bottom w:val="single" w:sz="6" w:space="3" w:color="B79AC5"/>
        </w:pBdr>
      </w:pPr>
      <w:r>
        <w:t>EDUCATION</w:t>
      </w:r>
    </w:p>
    <w:p>
      <w:pPr>
        <w:spacing w:before="40" w:after="20"/>
      </w:pPr>
      <w:r>
        <w:rPr>
          <w:b/>
          <w:sz w:val="19"/>
        </w:rPr>
        <w:t>Bachelor of Business Administration</w:t>
      </w:r>
      <w:r>
        <w:rPr>
          <w:i/>
          <w:color w:val="505050"/>
          <w:sz w:val="18"/>
        </w:rPr>
        <w:t xml:space="preserve">  |  Coventry University, United Kingdom | May 2021 to May 2023</w:t>
      </w:r>
    </w:p>
    <w:p>
      <w:pPr>
        <w:pStyle w:val="Heading1"/>
        <w:pBdr>
          <w:bottom w:val="single" w:sz="6" w:space="3" w:color="B79AC5"/>
        </w:pBdr>
      </w:pPr>
      <w:r>
        <w:t>NAME ON EARLIER RECORDS</w:t>
      </w:r>
    </w:p>
    <w:p>
      <w:pPr>
        <w:spacing w:after="40"/>
      </w:pPr>
      <w:r>
        <w:t>Some earlier certificates supplied for this CV were issued under the names Ishika Babu or Ishitha Babu. Supporting identity documentation should accompany these records when they are used in a formal evidence bundle.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CHRISTA MARIYA  |  MUSIC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1C1C1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Christa Mariya Music CV</dc:title>
  <dc:subject>Professional music curriculum vitae</dc:subject>
  <dc:creator>Christa Mariya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